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7EA4C" w14:textId="77777777" w:rsidR="00A9019B" w:rsidRPr="00AC4894" w:rsidRDefault="00000000">
      <w:pPr>
        <w:pStyle w:val="Nadpis1"/>
        <w:rPr>
          <w:rFonts w:ascii="Calibri Light" w:hAnsi="Calibri Light" w:cs="Calibri Light"/>
          <w:color w:val="auto"/>
          <w:sz w:val="24"/>
          <w:szCs w:val="24"/>
        </w:rPr>
      </w:pPr>
      <w:r w:rsidRPr="00AC4894">
        <w:rPr>
          <w:rFonts w:ascii="Calibri Light" w:hAnsi="Calibri Light" w:cs="Calibri Light"/>
          <w:color w:val="auto"/>
          <w:sz w:val="24"/>
          <w:szCs w:val="24"/>
        </w:rPr>
        <w:t>Reklamační formulář</w:t>
      </w:r>
    </w:p>
    <w:p w14:paraId="420438DB" w14:textId="3A3C3991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  <w:b/>
          <w:sz w:val="24"/>
          <w:szCs w:val="24"/>
        </w:rPr>
        <w:t>Prodávající:</w:t>
      </w:r>
      <w:r w:rsidRPr="00AC4894">
        <w:rPr>
          <w:rFonts w:ascii="Calibri Light" w:hAnsi="Calibri Light" w:cs="Calibri Light"/>
          <w:b/>
          <w:sz w:val="24"/>
          <w:szCs w:val="24"/>
        </w:rPr>
        <w:br/>
      </w:r>
      <w:r w:rsidRPr="00AC4894">
        <w:rPr>
          <w:rFonts w:ascii="Calibri Light" w:hAnsi="Calibri Light" w:cs="Calibri Light"/>
          <w:sz w:val="24"/>
          <w:szCs w:val="24"/>
        </w:rPr>
        <w:t>Viva Kids s.r.o.</w:t>
      </w:r>
      <w:r w:rsidRPr="00AC4894">
        <w:rPr>
          <w:rFonts w:ascii="Calibri Light" w:hAnsi="Calibri Light" w:cs="Calibri Light"/>
          <w:sz w:val="24"/>
          <w:szCs w:val="24"/>
        </w:rPr>
        <w:br/>
        <w:t>Hostovice 72</w:t>
      </w:r>
      <w:r w:rsidRPr="00AC4894">
        <w:rPr>
          <w:rFonts w:ascii="Calibri Light" w:hAnsi="Calibri Light" w:cs="Calibri Light"/>
          <w:sz w:val="24"/>
          <w:szCs w:val="24"/>
        </w:rPr>
        <w:br/>
        <w:t>530 02 Pardubice</w:t>
      </w:r>
      <w:r w:rsidRPr="00AC4894">
        <w:rPr>
          <w:rFonts w:ascii="Calibri Light" w:hAnsi="Calibri Light" w:cs="Calibri Light"/>
          <w:sz w:val="24"/>
          <w:szCs w:val="24"/>
        </w:rPr>
        <w:br/>
        <w:t>IČ: 21292728</w:t>
      </w:r>
      <w:r w:rsidRPr="00AC4894">
        <w:rPr>
          <w:rFonts w:ascii="Calibri Light" w:hAnsi="Calibri Light" w:cs="Calibri Light"/>
          <w:sz w:val="24"/>
          <w:szCs w:val="24"/>
        </w:rPr>
        <w:br/>
        <w:t>E-mail: info@vivakids.cz</w:t>
      </w:r>
      <w:r w:rsidRPr="00AC4894">
        <w:rPr>
          <w:rFonts w:ascii="Calibri Light" w:hAnsi="Calibri Light" w:cs="Calibri Light"/>
          <w:sz w:val="24"/>
          <w:szCs w:val="24"/>
        </w:rPr>
        <w:br/>
      </w:r>
      <w:r w:rsidRPr="00AC4894">
        <w:rPr>
          <w:rFonts w:ascii="Calibri Light" w:hAnsi="Calibri Light" w:cs="Calibri Light"/>
        </w:rPr>
        <w:br/>
      </w:r>
    </w:p>
    <w:p w14:paraId="3705FBD5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Jméno a příjmení zákazníka: ____________________________</w:t>
      </w:r>
    </w:p>
    <w:p w14:paraId="7B9ADEC9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Adresa: _____________________________________________</w:t>
      </w:r>
    </w:p>
    <w:p w14:paraId="7F61BF00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E-mail: _____________________________________________</w:t>
      </w:r>
    </w:p>
    <w:p w14:paraId="63E9581C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Telefon: ____________________________________________</w:t>
      </w:r>
    </w:p>
    <w:p w14:paraId="09E626C8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Číslo objednávky: ____________________________________</w:t>
      </w:r>
    </w:p>
    <w:p w14:paraId="5D6A7CC1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Datum objednávky: ___________________________________</w:t>
      </w:r>
    </w:p>
    <w:p w14:paraId="5940D77F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Datum převzetí zboží: ________________________________</w:t>
      </w:r>
    </w:p>
    <w:p w14:paraId="279805BF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Název reklamovaného zboží: ____________________________</w:t>
      </w:r>
    </w:p>
    <w:p w14:paraId="0E21255D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Popis vady:</w:t>
      </w:r>
      <w:r w:rsidRPr="00AC4894">
        <w:rPr>
          <w:rFonts w:ascii="Calibri Light" w:hAnsi="Calibri Light" w:cs="Calibri Light"/>
        </w:rPr>
        <w:br/>
        <w:t>________________________________________________________</w:t>
      </w:r>
      <w:r w:rsidRPr="00AC4894">
        <w:rPr>
          <w:rFonts w:ascii="Calibri Light" w:hAnsi="Calibri Light" w:cs="Calibri Light"/>
        </w:rPr>
        <w:br/>
        <w:t>________________________________________________________</w:t>
      </w:r>
      <w:r w:rsidRPr="00AC4894">
        <w:rPr>
          <w:rFonts w:ascii="Calibri Light" w:hAnsi="Calibri Light" w:cs="Calibri Light"/>
        </w:rPr>
        <w:br/>
        <w:t>________________________________________________________</w:t>
      </w:r>
    </w:p>
    <w:p w14:paraId="28A3245F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Požadovaný způsob vyřízení reklamace:</w:t>
      </w:r>
      <w:r w:rsidRPr="00AC4894">
        <w:rPr>
          <w:rFonts w:ascii="Calibri Light" w:hAnsi="Calibri Light" w:cs="Calibri Light"/>
        </w:rPr>
        <w:br/>
      </w:r>
      <w:r w:rsidRPr="00AC4894">
        <w:rPr>
          <w:rFonts w:ascii="Segoe UI Symbol" w:hAnsi="Segoe UI Symbol" w:cs="Segoe UI Symbol"/>
        </w:rPr>
        <w:t>☐</w:t>
      </w:r>
      <w:r w:rsidRPr="00AC4894">
        <w:rPr>
          <w:rFonts w:ascii="Calibri Light" w:hAnsi="Calibri Light" w:cs="Calibri Light"/>
        </w:rPr>
        <w:t xml:space="preserve"> Oprava</w:t>
      </w:r>
      <w:r w:rsidRPr="00AC4894">
        <w:rPr>
          <w:rFonts w:ascii="Calibri Light" w:hAnsi="Calibri Light" w:cs="Calibri Light"/>
        </w:rPr>
        <w:br/>
      </w:r>
      <w:r w:rsidRPr="00AC4894">
        <w:rPr>
          <w:rFonts w:ascii="Segoe UI Symbol" w:hAnsi="Segoe UI Symbol" w:cs="Segoe UI Symbol"/>
        </w:rPr>
        <w:t>☐</w:t>
      </w:r>
      <w:r w:rsidRPr="00AC4894">
        <w:rPr>
          <w:rFonts w:ascii="Calibri Light" w:hAnsi="Calibri Light" w:cs="Calibri Light"/>
        </w:rPr>
        <w:t xml:space="preserve"> Výměna zboží</w:t>
      </w:r>
      <w:r w:rsidRPr="00AC4894">
        <w:rPr>
          <w:rFonts w:ascii="Calibri Light" w:hAnsi="Calibri Light" w:cs="Calibri Light"/>
        </w:rPr>
        <w:br/>
      </w:r>
      <w:r w:rsidRPr="00AC4894">
        <w:rPr>
          <w:rFonts w:ascii="Segoe UI Symbol" w:hAnsi="Segoe UI Symbol" w:cs="Segoe UI Symbol"/>
        </w:rPr>
        <w:t>☐</w:t>
      </w:r>
      <w:r w:rsidRPr="00AC4894">
        <w:rPr>
          <w:rFonts w:ascii="Calibri Light" w:hAnsi="Calibri Light" w:cs="Calibri Light"/>
        </w:rPr>
        <w:t xml:space="preserve"> Sleva z kupní ceny</w:t>
      </w:r>
      <w:r w:rsidRPr="00AC4894">
        <w:rPr>
          <w:rFonts w:ascii="Calibri Light" w:hAnsi="Calibri Light" w:cs="Calibri Light"/>
        </w:rPr>
        <w:br/>
      </w:r>
      <w:r w:rsidRPr="00AC4894">
        <w:rPr>
          <w:rFonts w:ascii="Segoe UI Symbol" w:hAnsi="Segoe UI Symbol" w:cs="Segoe UI Symbol"/>
        </w:rPr>
        <w:t>☐</w:t>
      </w:r>
      <w:r w:rsidRPr="00AC4894">
        <w:rPr>
          <w:rFonts w:ascii="Calibri Light" w:hAnsi="Calibri Light" w:cs="Calibri Light"/>
        </w:rPr>
        <w:t xml:space="preserve"> Jiný zákonný způsob (uveďte): _______________________</w:t>
      </w:r>
    </w:p>
    <w:p w14:paraId="15B72436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Přílohy (např. fotografie, kopie faktury):</w:t>
      </w:r>
      <w:r w:rsidRPr="00AC4894">
        <w:rPr>
          <w:rFonts w:ascii="Calibri Light" w:hAnsi="Calibri Light" w:cs="Calibri Light"/>
        </w:rPr>
        <w:br/>
        <w:t>________________________________________________________</w:t>
      </w:r>
    </w:p>
    <w:p w14:paraId="2DF4DAF9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Číslo bankovního účtu (pokud bude vracena částka): ____________________</w:t>
      </w:r>
    </w:p>
    <w:p w14:paraId="25815481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t>Datum: ____________________</w:t>
      </w:r>
    </w:p>
    <w:p w14:paraId="6D93AEBB" w14:textId="77777777" w:rsidR="00A9019B" w:rsidRPr="00AC4894" w:rsidRDefault="00000000">
      <w:pPr>
        <w:rPr>
          <w:rFonts w:ascii="Calibri Light" w:hAnsi="Calibri Light" w:cs="Calibri Light"/>
        </w:rPr>
      </w:pPr>
      <w:r w:rsidRPr="00AC4894">
        <w:rPr>
          <w:rFonts w:ascii="Calibri Light" w:hAnsi="Calibri Light" w:cs="Calibri Light"/>
        </w:rPr>
        <w:lastRenderedPageBreak/>
        <w:t>Podpis (u listinného podání): __________________________</w:t>
      </w:r>
    </w:p>
    <w:sectPr w:rsidR="00A9019B" w:rsidRPr="00AC48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10922">
    <w:abstractNumId w:val="8"/>
  </w:num>
  <w:num w:numId="2" w16cid:durableId="1787457380">
    <w:abstractNumId w:val="6"/>
  </w:num>
  <w:num w:numId="3" w16cid:durableId="1383941960">
    <w:abstractNumId w:val="5"/>
  </w:num>
  <w:num w:numId="4" w16cid:durableId="413092147">
    <w:abstractNumId w:val="4"/>
  </w:num>
  <w:num w:numId="5" w16cid:durableId="647250791">
    <w:abstractNumId w:val="7"/>
  </w:num>
  <w:num w:numId="6" w16cid:durableId="1288390977">
    <w:abstractNumId w:val="3"/>
  </w:num>
  <w:num w:numId="7" w16cid:durableId="408432550">
    <w:abstractNumId w:val="2"/>
  </w:num>
  <w:num w:numId="8" w16cid:durableId="558244970">
    <w:abstractNumId w:val="1"/>
  </w:num>
  <w:num w:numId="9" w16cid:durableId="1739816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4478"/>
    <w:rsid w:val="00A9019B"/>
    <w:rsid w:val="00AA1D8D"/>
    <w:rsid w:val="00AC489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972FD"/>
  <w14:defaultImageDpi w14:val="300"/>
  <w15:docId w15:val="{4FCECC53-1433-477E-A10C-BD248AA3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Kamila Dvořáková</cp:lastModifiedBy>
  <cp:revision>2</cp:revision>
  <dcterms:created xsi:type="dcterms:W3CDTF">2013-12-23T23:15:00Z</dcterms:created>
  <dcterms:modified xsi:type="dcterms:W3CDTF">2026-08-04T16:03:00Z</dcterms:modified>
  <cp:category/>
</cp:coreProperties>
</file>